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6985" w14:textId="065FBC61" w:rsidR="007803C8" w:rsidRPr="008340DF" w:rsidRDefault="008340DF" w:rsidP="008340DF">
      <w:pPr>
        <w:pStyle w:val="Heading1"/>
        <w:bidi/>
        <w:jc w:val="center"/>
        <w:rPr>
          <w:rFonts w:ascii="B Nazanin" w:hAnsi="B Nazanin" w:cs="B Nazanin" w:hint="cs"/>
          <w:color w:val="000000" w:themeColor="text1"/>
        </w:rPr>
      </w:pPr>
      <w:r w:rsidRPr="008340DF">
        <w:rPr>
          <w:rFonts w:ascii="B Nazanin" w:hAnsi="B Nazanin" w:cs="B Nazanin" w:hint="cs"/>
          <w:b w:val="0"/>
          <w:bCs w:val="0"/>
          <w:noProof/>
          <w:color w:val="000000" w:themeColor="text1"/>
          <w:rtl/>
        </w:rPr>
        <w:drawing>
          <wp:anchor distT="0" distB="0" distL="114300" distR="114300" simplePos="0" relativeHeight="251660288" behindDoc="0" locked="0" layoutInCell="1" allowOverlap="1" wp14:anchorId="46442097" wp14:editId="41E883F0">
            <wp:simplePos x="0" y="0"/>
            <wp:positionH relativeFrom="margin">
              <wp:posOffset>5133340</wp:posOffset>
            </wp:positionH>
            <wp:positionV relativeFrom="margin">
              <wp:posOffset>-448945</wp:posOffset>
            </wp:positionV>
            <wp:extent cx="869950" cy="869950"/>
            <wp:effectExtent l="0" t="0" r="0" b="0"/>
            <wp:wrapSquare wrapText="bothSides"/>
            <wp:docPr id="3" name="Picture 2" descr="A blue circle with white wings and tex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blue circle with white wings and text&#10;&#10;AI-generated content may be incorrect.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40DF">
        <w:rPr>
          <w:rFonts w:ascii="B Nazanin" w:hAnsi="B Nazanin" w:cs="B Nazanin" w:hint="cs"/>
          <w:b w:val="0"/>
          <w:bCs w:val="0"/>
          <w:noProof/>
          <w:color w:val="000000" w:themeColor="text1"/>
          <w:rtl/>
        </w:rPr>
        <w:drawing>
          <wp:anchor distT="0" distB="0" distL="114300" distR="114300" simplePos="0" relativeHeight="251659264" behindDoc="0" locked="0" layoutInCell="1" allowOverlap="1" wp14:anchorId="148CB075" wp14:editId="38988212">
            <wp:simplePos x="0" y="0"/>
            <wp:positionH relativeFrom="margin">
              <wp:posOffset>-514350</wp:posOffset>
            </wp:positionH>
            <wp:positionV relativeFrom="margin">
              <wp:posOffset>-457200</wp:posOffset>
            </wp:positionV>
            <wp:extent cx="1064260" cy="815975"/>
            <wp:effectExtent l="0" t="0" r="0" b="0"/>
            <wp:wrapSquare wrapText="bothSides"/>
            <wp:docPr id="2" name="Picture 3" descr="A blue and white logo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blue and white logo&#10;&#10;AI-generated content may be incorrect.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دانشگاه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تهران</w:t>
      </w:r>
      <w:proofErr w:type="spellEnd"/>
    </w:p>
    <w:p w14:paraId="2964D10F" w14:textId="0F38F444" w:rsidR="007803C8" w:rsidRPr="008340DF" w:rsidRDefault="008340DF" w:rsidP="008340DF">
      <w:pPr>
        <w:bidi/>
        <w:jc w:val="center"/>
        <w:rPr>
          <w:rFonts w:cs="B Nazanin" w:hint="cs"/>
          <w:color w:val="000000" w:themeColor="text1"/>
        </w:rPr>
      </w:pPr>
      <w:proofErr w:type="spellStart"/>
      <w:r w:rsidRPr="008340DF">
        <w:rPr>
          <w:rFonts w:cs="B Nazanin" w:hint="cs"/>
          <w:color w:val="000000" w:themeColor="text1"/>
          <w:rtl/>
        </w:rPr>
        <w:t>دانشکدگان</w:t>
      </w:r>
      <w:proofErr w:type="spellEnd"/>
      <w:r w:rsidRPr="008340DF">
        <w:rPr>
          <w:rFonts w:cs="B Nazanin" w:hint="cs"/>
          <w:color w:val="000000" w:themeColor="text1"/>
          <w:rtl/>
        </w:rPr>
        <w:t xml:space="preserve"> </w:t>
      </w:r>
      <w:proofErr w:type="spellStart"/>
      <w:r w:rsidR="00000000" w:rsidRPr="008340DF">
        <w:rPr>
          <w:rFonts w:cs="B Nazanin" w:hint="cs"/>
          <w:color w:val="000000" w:themeColor="text1"/>
        </w:rPr>
        <w:t>فنی</w:t>
      </w:r>
      <w:proofErr w:type="spellEnd"/>
      <w:r w:rsidR="00000000" w:rsidRPr="008340DF">
        <w:rPr>
          <w:rFonts w:cs="B Nazanin" w:hint="cs"/>
          <w:color w:val="000000" w:themeColor="text1"/>
        </w:rPr>
        <w:br/>
      </w:r>
      <w:proofErr w:type="spellStart"/>
      <w:r w:rsidR="00000000" w:rsidRPr="008340DF">
        <w:rPr>
          <w:rFonts w:cs="B Nazanin" w:hint="cs"/>
          <w:color w:val="000000" w:themeColor="text1"/>
        </w:rPr>
        <w:t>دانشکده</w:t>
      </w:r>
      <w:proofErr w:type="spellEnd"/>
      <w:r w:rsidR="00000000" w:rsidRPr="008340DF">
        <w:rPr>
          <w:rFonts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cs="B Nazanin" w:hint="cs"/>
          <w:color w:val="000000" w:themeColor="text1"/>
        </w:rPr>
        <w:t>مهندسی</w:t>
      </w:r>
      <w:proofErr w:type="spellEnd"/>
      <w:r w:rsidR="00000000" w:rsidRPr="008340DF">
        <w:rPr>
          <w:rFonts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cs="B Nazanin" w:hint="cs"/>
          <w:color w:val="000000" w:themeColor="text1"/>
        </w:rPr>
        <w:t>عمران</w:t>
      </w:r>
      <w:proofErr w:type="spellEnd"/>
      <w:r w:rsidR="00000000" w:rsidRPr="008340DF">
        <w:rPr>
          <w:rFonts w:cs="B Nazanin" w:hint="cs"/>
          <w:color w:val="000000" w:themeColor="text1"/>
        </w:rPr>
        <w:br/>
      </w:r>
    </w:p>
    <w:p w14:paraId="1BB4F9B4" w14:textId="77777777" w:rsidR="007803C8" w:rsidRPr="008340DF" w:rsidRDefault="00000000" w:rsidP="008340DF">
      <w:pPr>
        <w:pStyle w:val="Heading2"/>
        <w:bidi/>
        <w:jc w:val="center"/>
        <w:rPr>
          <w:rFonts w:ascii="B Nazanin" w:hAnsi="B Nazanin" w:cs="B Nazanin" w:hint="cs"/>
          <w:color w:val="000000" w:themeColor="text1"/>
        </w:rPr>
      </w:pPr>
      <w:r w:rsidRPr="008340DF">
        <w:rPr>
          <w:rFonts w:ascii="B Nazanin" w:hAnsi="B Nazanin" w:cs="B Nazanin" w:hint="cs"/>
          <w:color w:val="000000" w:themeColor="text1"/>
        </w:rPr>
        <w:t>فرم تأیید و ارزیابی پایان دوره کارآموزی</w:t>
      </w:r>
    </w:p>
    <w:p w14:paraId="08DC3AAC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cs="B Nazanin" w:hint="cs"/>
          <w:color w:val="000000" w:themeColor="text1"/>
        </w:rPr>
        <w:t>تکمیل، امضاء و مهر این فرم توسط محل کارآموزی و تحویل آن همراه با گزارش کارآموزی الزامی است.</w:t>
      </w:r>
    </w:p>
    <w:p w14:paraId="03C38884" w14:textId="6FFC6D9C" w:rsidR="007803C8" w:rsidRPr="008340DF" w:rsidRDefault="008340DF" w:rsidP="008340DF">
      <w:pPr>
        <w:pStyle w:val="Heading3"/>
        <w:bidi/>
        <w:rPr>
          <w:rFonts w:ascii="B Nazanin" w:hAnsi="B Nazanin" w:cs="B Nazanin" w:hint="cs"/>
          <w:color w:val="000000" w:themeColor="text1"/>
        </w:rPr>
      </w:pPr>
      <w:r>
        <w:rPr>
          <w:rFonts w:ascii="B Nazanin" w:hAnsi="B Nazanin" w:cs="B Nazanin" w:hint="cs"/>
          <w:color w:val="000000" w:themeColor="text1"/>
          <w:rtl/>
          <w:lang w:bidi="fa-IR"/>
        </w:rPr>
        <w:t xml:space="preserve">۱-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مشخصات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دانشجو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340DF" w:rsidRPr="008340DF" w14:paraId="7A62BE26" w14:textId="5ED85F69" w:rsidTr="0070276D">
        <w:trPr>
          <w:jc w:val="center"/>
        </w:trPr>
        <w:tc>
          <w:tcPr>
            <w:tcW w:w="4320" w:type="dxa"/>
          </w:tcPr>
          <w:p w14:paraId="1295080E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2DD11E4E" w14:textId="544F37F1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نام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و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نام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خانوادگی</w:t>
            </w:r>
            <w:proofErr w:type="spellEnd"/>
          </w:p>
        </w:tc>
      </w:tr>
      <w:tr w:rsidR="008340DF" w:rsidRPr="008340DF" w14:paraId="10035C5F" w14:textId="4A846409" w:rsidTr="0070276D">
        <w:trPr>
          <w:jc w:val="center"/>
        </w:trPr>
        <w:tc>
          <w:tcPr>
            <w:tcW w:w="4320" w:type="dxa"/>
          </w:tcPr>
          <w:p w14:paraId="774793F0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53FE94F8" w14:textId="16F14B8A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شماره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دانشجویی</w:t>
            </w:r>
            <w:proofErr w:type="spellEnd"/>
          </w:p>
        </w:tc>
      </w:tr>
      <w:tr w:rsidR="008340DF" w:rsidRPr="008340DF" w14:paraId="6B5BBE14" w14:textId="68A5D6EB" w:rsidTr="0070276D">
        <w:trPr>
          <w:jc w:val="center"/>
        </w:trPr>
        <w:tc>
          <w:tcPr>
            <w:tcW w:w="4320" w:type="dxa"/>
          </w:tcPr>
          <w:p w14:paraId="24585258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3D32D3A2" w14:textId="41EBACAC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رشته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/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گرایش</w:t>
            </w:r>
            <w:proofErr w:type="spellEnd"/>
          </w:p>
        </w:tc>
      </w:tr>
    </w:tbl>
    <w:p w14:paraId="3997E360" w14:textId="0587F8D8" w:rsidR="007803C8" w:rsidRPr="008340DF" w:rsidRDefault="008340DF" w:rsidP="008340DF">
      <w:pPr>
        <w:pStyle w:val="Heading3"/>
        <w:bidi/>
        <w:rPr>
          <w:rFonts w:ascii="B Nazanin" w:hAnsi="B Nazanin" w:cs="B Nazanin" w:hint="cs"/>
          <w:color w:val="000000" w:themeColor="text1"/>
        </w:rPr>
      </w:pPr>
      <w:r>
        <w:rPr>
          <w:rFonts w:ascii="B Nazanin" w:hAnsi="B Nazanin" w:cs="B Nazanin" w:hint="cs"/>
          <w:color w:val="000000" w:themeColor="text1"/>
          <w:rtl/>
        </w:rPr>
        <w:t>۲-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مشخصات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محل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کارآموزی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340DF" w:rsidRPr="008340DF" w14:paraId="7FB08AAE" w14:textId="5180C57A" w:rsidTr="00AE2237">
        <w:trPr>
          <w:jc w:val="center"/>
        </w:trPr>
        <w:tc>
          <w:tcPr>
            <w:tcW w:w="4320" w:type="dxa"/>
          </w:tcPr>
          <w:p w14:paraId="379C3BD7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5424ACA4" w14:textId="4288CE6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نام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شرکت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/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سازمان</w:t>
            </w:r>
            <w:proofErr w:type="spellEnd"/>
          </w:p>
        </w:tc>
      </w:tr>
      <w:tr w:rsidR="008340DF" w:rsidRPr="008340DF" w14:paraId="05938AB1" w14:textId="1DFFE8D2" w:rsidTr="00AE2237">
        <w:trPr>
          <w:jc w:val="center"/>
        </w:trPr>
        <w:tc>
          <w:tcPr>
            <w:tcW w:w="4320" w:type="dxa"/>
          </w:tcPr>
          <w:p w14:paraId="54EC3AAB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7D938093" w14:textId="1CA08856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نام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پروژه</w:t>
            </w:r>
            <w:proofErr w:type="spellEnd"/>
          </w:p>
        </w:tc>
      </w:tr>
      <w:tr w:rsidR="008340DF" w:rsidRPr="008340DF" w14:paraId="6317D3F5" w14:textId="1EB881C3" w:rsidTr="00AE2237">
        <w:trPr>
          <w:jc w:val="center"/>
        </w:trPr>
        <w:tc>
          <w:tcPr>
            <w:tcW w:w="4320" w:type="dxa"/>
          </w:tcPr>
          <w:p w14:paraId="0CDF06E2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2756E125" w14:textId="559AFC9E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محل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اجرای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پروژه</w:t>
            </w:r>
            <w:proofErr w:type="spellEnd"/>
          </w:p>
        </w:tc>
      </w:tr>
      <w:tr w:rsidR="008340DF" w:rsidRPr="008340DF" w14:paraId="2B60D0A5" w14:textId="4B0810F9" w:rsidTr="00AE2237">
        <w:trPr>
          <w:jc w:val="center"/>
        </w:trPr>
        <w:tc>
          <w:tcPr>
            <w:tcW w:w="4320" w:type="dxa"/>
          </w:tcPr>
          <w:p w14:paraId="2A26BE57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0F7FF3B5" w14:textId="35DA2E23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نام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سرپرست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کارآموزی</w:t>
            </w:r>
            <w:proofErr w:type="spellEnd"/>
          </w:p>
        </w:tc>
      </w:tr>
      <w:tr w:rsidR="008340DF" w:rsidRPr="008340DF" w14:paraId="62BD27B6" w14:textId="3AB512AA" w:rsidTr="00AE2237">
        <w:trPr>
          <w:jc w:val="center"/>
        </w:trPr>
        <w:tc>
          <w:tcPr>
            <w:tcW w:w="4320" w:type="dxa"/>
          </w:tcPr>
          <w:p w14:paraId="42481793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4F99C82B" w14:textId="0E28CE68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سمت</w:t>
            </w:r>
            <w:proofErr w:type="spellEnd"/>
          </w:p>
        </w:tc>
      </w:tr>
    </w:tbl>
    <w:p w14:paraId="0DA94BA2" w14:textId="45935B6A" w:rsidR="007803C8" w:rsidRPr="008340DF" w:rsidRDefault="008340DF" w:rsidP="008340DF">
      <w:pPr>
        <w:pStyle w:val="Heading3"/>
        <w:bidi/>
        <w:rPr>
          <w:rFonts w:ascii="B Nazanin" w:hAnsi="B Nazanin" w:cs="B Nazanin" w:hint="cs"/>
          <w:color w:val="000000" w:themeColor="text1"/>
        </w:rPr>
      </w:pPr>
      <w:r>
        <w:rPr>
          <w:rFonts w:ascii="B Nazanin" w:hAnsi="B Nazanin" w:cs="B Nazanin" w:hint="cs"/>
          <w:color w:val="000000" w:themeColor="text1"/>
          <w:rtl/>
        </w:rPr>
        <w:t>۳-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تأیید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دوره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کارآموزی</w:t>
      </w:r>
      <w:proofErr w:type="spellEnd"/>
    </w:p>
    <w:p w14:paraId="32C74983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cs="B Nazanin" w:hint="cs"/>
          <w:color w:val="000000" w:themeColor="text1"/>
        </w:rPr>
        <w:t>بدینوسیله گواهی می‌شود دانشجوی فوق دوره کارآموزی خود را در این شرکت/پروژه با موفقیت به پایان رسانده است.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340DF" w:rsidRPr="008340DF" w14:paraId="717AA609" w14:textId="780382D8" w:rsidTr="00DA1BD4">
        <w:trPr>
          <w:jc w:val="center"/>
        </w:trPr>
        <w:tc>
          <w:tcPr>
            <w:tcW w:w="4320" w:type="dxa"/>
          </w:tcPr>
          <w:p w14:paraId="3EA8EC36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39BF7F0C" w14:textId="33927EA6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cs="B Nazanin" w:hint="cs"/>
                <w:color w:val="000000" w:themeColor="text1"/>
              </w:rPr>
              <w:t xml:space="preserve">تاریخ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شروع</w:t>
            </w:r>
            <w:proofErr w:type="spellEnd"/>
          </w:p>
        </w:tc>
      </w:tr>
      <w:tr w:rsidR="008340DF" w:rsidRPr="008340DF" w14:paraId="1204E2AF" w14:textId="0279BC77" w:rsidTr="00DA1BD4">
        <w:trPr>
          <w:jc w:val="center"/>
        </w:trPr>
        <w:tc>
          <w:tcPr>
            <w:tcW w:w="4320" w:type="dxa"/>
          </w:tcPr>
          <w:p w14:paraId="0F462BA4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133FD130" w14:textId="4B4BDCFC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تاریخ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پایان</w:t>
            </w:r>
            <w:proofErr w:type="spellEnd"/>
          </w:p>
        </w:tc>
      </w:tr>
      <w:tr w:rsidR="008340DF" w:rsidRPr="008340DF" w14:paraId="352090C0" w14:textId="1248DB82" w:rsidTr="00DA1BD4">
        <w:trPr>
          <w:jc w:val="center"/>
        </w:trPr>
        <w:tc>
          <w:tcPr>
            <w:tcW w:w="4320" w:type="dxa"/>
          </w:tcPr>
          <w:p w14:paraId="2196E6CA" w14:textId="46520F69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1019D622" w14:textId="38699A52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مجموع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ساعات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حضور</w:t>
            </w:r>
            <w:proofErr w:type="spellEnd"/>
          </w:p>
        </w:tc>
      </w:tr>
    </w:tbl>
    <w:p w14:paraId="3D5DE686" w14:textId="24A26EEB" w:rsidR="007803C8" w:rsidRPr="008340DF" w:rsidRDefault="008340DF" w:rsidP="008340DF">
      <w:pPr>
        <w:pStyle w:val="Heading3"/>
        <w:bidi/>
        <w:rPr>
          <w:rFonts w:ascii="B Nazanin" w:hAnsi="B Nazanin" w:cs="B Nazanin" w:hint="cs"/>
          <w:color w:val="000000" w:themeColor="text1"/>
        </w:rPr>
      </w:pPr>
      <w:r>
        <w:rPr>
          <w:rFonts w:ascii="B Nazanin" w:hAnsi="B Nazanin" w:cs="B Nazanin" w:hint="cs"/>
          <w:color w:val="000000" w:themeColor="text1"/>
          <w:rtl/>
        </w:rPr>
        <w:t>۴-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زمینه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فعالیت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دانشجو</w:t>
      </w:r>
      <w:proofErr w:type="spellEnd"/>
    </w:p>
    <w:p w14:paraId="5661752D" w14:textId="06B05175" w:rsidR="007803C8" w:rsidRPr="008340DF" w:rsidRDefault="00124F31" w:rsidP="008340DF">
      <w:pPr>
        <w:bidi/>
        <w:rPr>
          <w:rFonts w:cs="B Nazanin" w:hint="cs"/>
          <w:color w:val="000000" w:themeColor="text1"/>
        </w:rPr>
      </w:pPr>
      <w:r>
        <w:rPr>
          <w:rFonts w:ascii="Times New Roman" w:hAnsi="Times New Roman" w:cs="Times New Roman" w:hint="cs"/>
          <w:color w:val="000000" w:themeColor="text1"/>
          <w:rtl/>
        </w:rPr>
        <w:t xml:space="preserve">(بعنوان مثال: اجرا، </w:t>
      </w:r>
      <w:proofErr w:type="spellStart"/>
      <w:r>
        <w:rPr>
          <w:rFonts w:ascii="Times New Roman" w:hAnsi="Times New Roman" w:cs="Times New Roman" w:hint="cs"/>
          <w:color w:val="000000" w:themeColor="text1"/>
          <w:rtl/>
        </w:rPr>
        <w:t>طراحی</w:t>
      </w:r>
      <w:proofErr w:type="spellEnd"/>
      <w:r>
        <w:rPr>
          <w:rFonts w:ascii="Times New Roman" w:hAnsi="Times New Roman" w:cs="Times New Roman" w:hint="cs"/>
          <w:color w:val="000000" w:themeColor="text1"/>
          <w:rtl/>
        </w:rPr>
        <w:t xml:space="preserve"> </w:t>
      </w:r>
      <w:proofErr w:type="spellStart"/>
      <w:r>
        <w:rPr>
          <w:rFonts w:ascii="Times New Roman" w:hAnsi="Times New Roman" w:cs="Times New Roman" w:hint="cs"/>
          <w:color w:val="000000" w:themeColor="text1"/>
          <w:rtl/>
        </w:rPr>
        <w:t>سازه</w:t>
      </w:r>
      <w:proofErr w:type="spellEnd"/>
      <w:r>
        <w:rPr>
          <w:rFonts w:ascii="Times New Roman" w:hAnsi="Times New Roman" w:cs="Times New Roman" w:hint="cs"/>
          <w:color w:val="000000" w:themeColor="text1"/>
          <w:rtl/>
        </w:rPr>
        <w:t xml:space="preserve">، ....) </w:t>
      </w:r>
    </w:p>
    <w:p w14:paraId="73D918A9" w14:textId="649BFA32" w:rsidR="007803C8" w:rsidRPr="008340DF" w:rsidRDefault="008340DF" w:rsidP="008340DF">
      <w:pPr>
        <w:pStyle w:val="Heading3"/>
        <w:bidi/>
        <w:rPr>
          <w:rFonts w:ascii="B Nazanin" w:hAnsi="B Nazanin" w:cs="B Nazanin" w:hint="cs"/>
          <w:color w:val="000000" w:themeColor="text1"/>
        </w:rPr>
      </w:pPr>
      <w:r>
        <w:rPr>
          <w:rFonts w:ascii="B Nazanin" w:hAnsi="B Nazanin" w:cs="B Nazanin" w:hint="cs"/>
          <w:color w:val="000000" w:themeColor="text1"/>
          <w:rtl/>
        </w:rPr>
        <w:t>۵-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شرح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مختصر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فعالیت‌های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دانشجو</w:t>
      </w:r>
      <w:proofErr w:type="spellEnd"/>
    </w:p>
    <w:p w14:paraId="6A93F903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cs="B Nazanin" w:hint="cs"/>
          <w:color w:val="000000" w:themeColor="text1"/>
        </w:rPr>
        <w:t>........................................................................................................</w:t>
      </w:r>
    </w:p>
    <w:p w14:paraId="49C4DE67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cs="B Nazanin" w:hint="cs"/>
          <w:color w:val="000000" w:themeColor="text1"/>
        </w:rPr>
        <w:t>........................................................................................................</w:t>
      </w:r>
    </w:p>
    <w:p w14:paraId="2094E7FE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cs="B Nazanin" w:hint="cs"/>
          <w:color w:val="000000" w:themeColor="text1"/>
        </w:rPr>
        <w:t>........................................................................................................</w:t>
      </w:r>
    </w:p>
    <w:p w14:paraId="0B94B532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cs="B Nazanin" w:hint="cs"/>
          <w:color w:val="000000" w:themeColor="text1"/>
        </w:rPr>
        <w:t>........................................................................................................</w:t>
      </w:r>
    </w:p>
    <w:p w14:paraId="62F8024C" w14:textId="52678A5D" w:rsidR="007803C8" w:rsidRPr="008340DF" w:rsidRDefault="008340DF" w:rsidP="008340DF">
      <w:pPr>
        <w:pStyle w:val="Heading3"/>
        <w:bidi/>
        <w:rPr>
          <w:rFonts w:ascii="B Nazanin" w:hAnsi="B Nazanin" w:cs="B Nazanin" w:hint="cs"/>
          <w:color w:val="000000" w:themeColor="text1"/>
        </w:rPr>
      </w:pPr>
      <w:r>
        <w:rPr>
          <w:rFonts w:ascii="B Nazanin" w:hAnsi="B Nazanin" w:cs="B Nazanin" w:hint="cs"/>
          <w:color w:val="000000" w:themeColor="text1"/>
          <w:rtl/>
        </w:rPr>
        <w:t>۶-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ارزیابی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عملکرد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دانشجو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8340DF" w:rsidRPr="008340DF" w14:paraId="0653DA8C" w14:textId="59A096E9" w:rsidTr="00E71C26">
        <w:tc>
          <w:tcPr>
            <w:tcW w:w="1728" w:type="dxa"/>
          </w:tcPr>
          <w:p w14:paraId="5C7D96C9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عالی</w:t>
            </w:r>
            <w:proofErr w:type="spellEnd"/>
          </w:p>
        </w:tc>
        <w:tc>
          <w:tcPr>
            <w:tcW w:w="1728" w:type="dxa"/>
          </w:tcPr>
          <w:p w14:paraId="590E932E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cs="B Nazanin" w:hint="cs"/>
                <w:color w:val="000000" w:themeColor="text1"/>
              </w:rPr>
              <w:t>خوب</w:t>
            </w:r>
          </w:p>
        </w:tc>
        <w:tc>
          <w:tcPr>
            <w:tcW w:w="1728" w:type="dxa"/>
          </w:tcPr>
          <w:p w14:paraId="1F3136B6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cs="B Nazanin" w:hint="cs"/>
                <w:color w:val="000000" w:themeColor="text1"/>
              </w:rPr>
              <w:t>قابل قبول</w:t>
            </w:r>
          </w:p>
        </w:tc>
        <w:tc>
          <w:tcPr>
            <w:tcW w:w="1728" w:type="dxa"/>
          </w:tcPr>
          <w:p w14:paraId="3E0CA648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cs="B Nazanin" w:hint="cs"/>
                <w:color w:val="000000" w:themeColor="text1"/>
              </w:rPr>
              <w:t>ضعیف</w:t>
            </w:r>
          </w:p>
        </w:tc>
        <w:tc>
          <w:tcPr>
            <w:tcW w:w="1728" w:type="dxa"/>
          </w:tcPr>
          <w:p w14:paraId="00CA5CCA" w14:textId="756F2293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شاخص</w:t>
            </w:r>
            <w:proofErr w:type="spellEnd"/>
          </w:p>
        </w:tc>
      </w:tr>
      <w:tr w:rsidR="008340DF" w:rsidRPr="008340DF" w14:paraId="5E0A3390" w14:textId="6E565353" w:rsidTr="00E71C26">
        <w:tc>
          <w:tcPr>
            <w:tcW w:w="1728" w:type="dxa"/>
          </w:tcPr>
          <w:p w14:paraId="7B90594F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6BBF1E1D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1DF32677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14175450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00C77BDC" w14:textId="770AA571" w:rsidR="008340DF" w:rsidRPr="008340DF" w:rsidRDefault="008340DF" w:rsidP="008340DF">
            <w:pPr>
              <w:bidi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حضور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و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نظم</w:t>
            </w:r>
            <w:proofErr w:type="spellEnd"/>
          </w:p>
        </w:tc>
      </w:tr>
      <w:tr w:rsidR="008340DF" w:rsidRPr="008340DF" w14:paraId="2B3A4FCA" w14:textId="7FE76ABA" w:rsidTr="00E71C26">
        <w:tc>
          <w:tcPr>
            <w:tcW w:w="1728" w:type="dxa"/>
          </w:tcPr>
          <w:p w14:paraId="00044EA7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4049FFA9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71E1C990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7DFE98D6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6BF67088" w14:textId="6E79D2D7" w:rsidR="008340DF" w:rsidRPr="008340DF" w:rsidRDefault="008340DF" w:rsidP="008340DF">
            <w:pPr>
              <w:bidi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مسئولیت‌پذیری</w:t>
            </w:r>
            <w:proofErr w:type="spellEnd"/>
          </w:p>
        </w:tc>
      </w:tr>
      <w:tr w:rsidR="008340DF" w:rsidRPr="008340DF" w14:paraId="4C0BAFD5" w14:textId="68480CA9" w:rsidTr="00E71C26">
        <w:tc>
          <w:tcPr>
            <w:tcW w:w="1728" w:type="dxa"/>
          </w:tcPr>
          <w:p w14:paraId="4E356939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72129708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4E38FA41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7AE55C1D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2F1AA7F5" w14:textId="529A666F" w:rsidR="008340DF" w:rsidRPr="008340DF" w:rsidRDefault="008340DF" w:rsidP="008340DF">
            <w:pPr>
              <w:bidi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علاقه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به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یادگیری</w:t>
            </w:r>
            <w:proofErr w:type="spellEnd"/>
          </w:p>
        </w:tc>
      </w:tr>
      <w:tr w:rsidR="008340DF" w:rsidRPr="008340DF" w14:paraId="5766639C" w14:textId="2CAA1F72" w:rsidTr="00E71C26">
        <w:tc>
          <w:tcPr>
            <w:tcW w:w="1728" w:type="dxa"/>
          </w:tcPr>
          <w:p w14:paraId="069726C7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6FB752B8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66ED400C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36BEF915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15853028" w14:textId="0858928F" w:rsidR="008340DF" w:rsidRPr="008340DF" w:rsidRDefault="008340DF" w:rsidP="008340DF">
            <w:pPr>
              <w:bidi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توانایی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کار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تیمی</w:t>
            </w:r>
            <w:proofErr w:type="spellEnd"/>
          </w:p>
        </w:tc>
      </w:tr>
      <w:tr w:rsidR="008340DF" w:rsidRPr="008340DF" w14:paraId="56D76F1A" w14:textId="31953CE8" w:rsidTr="00E71C26">
        <w:tc>
          <w:tcPr>
            <w:tcW w:w="1728" w:type="dxa"/>
          </w:tcPr>
          <w:p w14:paraId="6AE785B1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4F00C452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6B7862B7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046FFA06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454E69F8" w14:textId="48FB3072" w:rsidR="008340DF" w:rsidRPr="008340DF" w:rsidRDefault="008340DF" w:rsidP="008340DF">
            <w:pPr>
              <w:bidi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رفتار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حرفه‌ای</w:t>
            </w:r>
            <w:proofErr w:type="spellEnd"/>
          </w:p>
        </w:tc>
      </w:tr>
      <w:tr w:rsidR="008340DF" w:rsidRPr="008340DF" w14:paraId="1A5792C2" w14:textId="6C443931" w:rsidTr="00E71C26">
        <w:tc>
          <w:tcPr>
            <w:tcW w:w="1728" w:type="dxa"/>
          </w:tcPr>
          <w:p w14:paraId="7A7222BF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07ABFF36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6C6A7DD3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4C6A053B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ascii="Times New Roman" w:hAnsi="Times New Roman" w:cs="Times New Roman"/>
                <w:color w:val="000000" w:themeColor="text1"/>
              </w:rPr>
              <w:t>□</w:t>
            </w:r>
          </w:p>
        </w:tc>
        <w:tc>
          <w:tcPr>
            <w:tcW w:w="1728" w:type="dxa"/>
          </w:tcPr>
          <w:p w14:paraId="1052EE70" w14:textId="677E5D9A" w:rsidR="008340DF" w:rsidRPr="008340DF" w:rsidRDefault="008340DF" w:rsidP="008340DF">
            <w:pPr>
              <w:bidi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عملکرد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فنی</w:t>
            </w:r>
            <w:proofErr w:type="spellEnd"/>
          </w:p>
        </w:tc>
      </w:tr>
    </w:tbl>
    <w:p w14:paraId="2CA5ECA7" w14:textId="5C13FB7B" w:rsidR="007803C8" w:rsidRPr="008340DF" w:rsidRDefault="008340DF" w:rsidP="008340DF">
      <w:pPr>
        <w:pStyle w:val="Heading3"/>
        <w:bidi/>
        <w:rPr>
          <w:rFonts w:ascii="B Nazanin" w:hAnsi="B Nazanin" w:cs="B Nazanin" w:hint="cs"/>
          <w:color w:val="000000" w:themeColor="text1"/>
        </w:rPr>
      </w:pPr>
      <w:r>
        <w:rPr>
          <w:rFonts w:ascii="B Nazanin" w:hAnsi="B Nazanin" w:cs="B Nazanin" w:hint="cs"/>
          <w:color w:val="000000" w:themeColor="text1"/>
          <w:rtl/>
        </w:rPr>
        <w:lastRenderedPageBreak/>
        <w:t>۷-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نظر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نهایی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شرکت</w:t>
      </w:r>
      <w:proofErr w:type="spellEnd"/>
    </w:p>
    <w:p w14:paraId="747483C7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ascii="Times New Roman" w:hAnsi="Times New Roman" w:cs="Times New Roman"/>
          <w:color w:val="000000" w:themeColor="text1"/>
        </w:rPr>
        <w:t>□</w:t>
      </w:r>
      <w:r w:rsidRPr="008340DF">
        <w:rPr>
          <w:rFonts w:cs="B Nazanin" w:hint="cs"/>
          <w:color w:val="000000" w:themeColor="text1"/>
        </w:rPr>
        <w:t xml:space="preserve"> عملکرد دانشجو بسیار مطلوب بود.</w:t>
      </w:r>
      <w:r w:rsidRPr="008340DF">
        <w:rPr>
          <w:rFonts w:cs="B Nazanin" w:hint="cs"/>
          <w:color w:val="000000" w:themeColor="text1"/>
        </w:rPr>
        <w:br/>
      </w:r>
      <w:r w:rsidRPr="008340DF">
        <w:rPr>
          <w:rFonts w:ascii="Times New Roman" w:hAnsi="Times New Roman" w:cs="Times New Roman"/>
          <w:color w:val="000000" w:themeColor="text1"/>
        </w:rPr>
        <w:t>□</w:t>
      </w:r>
      <w:r w:rsidRPr="008340DF">
        <w:rPr>
          <w:rFonts w:cs="B Nazanin" w:hint="cs"/>
          <w:color w:val="000000" w:themeColor="text1"/>
        </w:rPr>
        <w:t xml:space="preserve"> عملکرد دانشجو رضایت‌بخش بود.</w:t>
      </w:r>
      <w:r w:rsidRPr="008340DF">
        <w:rPr>
          <w:rFonts w:cs="B Nazanin" w:hint="cs"/>
          <w:color w:val="000000" w:themeColor="text1"/>
        </w:rPr>
        <w:br/>
      </w:r>
      <w:r w:rsidRPr="008340DF">
        <w:rPr>
          <w:rFonts w:ascii="Times New Roman" w:hAnsi="Times New Roman" w:cs="Times New Roman"/>
          <w:color w:val="000000" w:themeColor="text1"/>
        </w:rPr>
        <w:t>□</w:t>
      </w:r>
      <w:r w:rsidRPr="008340DF">
        <w:rPr>
          <w:rFonts w:cs="B Nazanin" w:hint="cs"/>
          <w:color w:val="000000" w:themeColor="text1"/>
        </w:rPr>
        <w:t xml:space="preserve"> عملکرد دانشجو نیازمند بهبود است.</w:t>
      </w:r>
    </w:p>
    <w:p w14:paraId="34F06394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cs="B Nazanin" w:hint="cs"/>
          <w:color w:val="000000" w:themeColor="text1"/>
        </w:rPr>
        <w:t>توضیحات:</w:t>
      </w:r>
    </w:p>
    <w:p w14:paraId="0528E907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cs="B Nazanin" w:hint="cs"/>
          <w:color w:val="000000" w:themeColor="text1"/>
        </w:rPr>
        <w:t>........................................................................................................</w:t>
      </w:r>
    </w:p>
    <w:p w14:paraId="0D80773B" w14:textId="2CD7F266" w:rsidR="007803C8" w:rsidRPr="008340DF" w:rsidRDefault="008340DF" w:rsidP="008340DF">
      <w:pPr>
        <w:pStyle w:val="Heading3"/>
        <w:bidi/>
        <w:rPr>
          <w:rFonts w:ascii="B Nazanin" w:hAnsi="B Nazanin" w:cs="B Nazanin" w:hint="cs"/>
          <w:color w:val="000000" w:themeColor="text1"/>
        </w:rPr>
      </w:pPr>
      <w:r>
        <w:rPr>
          <w:rFonts w:ascii="B Nazanin" w:hAnsi="B Nazanin" w:cs="B Nazanin" w:hint="cs"/>
          <w:color w:val="000000" w:themeColor="text1"/>
          <w:rtl/>
        </w:rPr>
        <w:t>۸-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تأیید</w:t>
      </w:r>
      <w:proofErr w:type="spellEnd"/>
      <w:r w:rsidR="00000000" w:rsidRPr="008340DF">
        <w:rPr>
          <w:rFonts w:ascii="B Nazanin" w:hAnsi="B Nazanin" w:cs="B Nazanin" w:hint="cs"/>
          <w:color w:val="000000" w:themeColor="text1"/>
        </w:rPr>
        <w:t xml:space="preserve"> </w:t>
      </w:r>
      <w:proofErr w:type="spellStart"/>
      <w:r w:rsidR="00000000" w:rsidRPr="008340DF">
        <w:rPr>
          <w:rFonts w:ascii="B Nazanin" w:hAnsi="B Nazanin" w:cs="B Nazanin" w:hint="cs"/>
          <w:color w:val="000000" w:themeColor="text1"/>
        </w:rPr>
        <w:t>شرکت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340DF" w:rsidRPr="008340DF" w14:paraId="092A3DF9" w14:textId="42B5530B" w:rsidTr="008E3B43">
        <w:trPr>
          <w:jc w:val="center"/>
        </w:trPr>
        <w:tc>
          <w:tcPr>
            <w:tcW w:w="4320" w:type="dxa"/>
          </w:tcPr>
          <w:p w14:paraId="5ECA123B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413F9F31" w14:textId="24E98EF4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 w:rsidRPr="008340DF">
              <w:rPr>
                <w:rFonts w:cs="B Nazanin" w:hint="cs"/>
                <w:color w:val="000000" w:themeColor="text1"/>
              </w:rPr>
              <w:t xml:space="preserve">نام و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نام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خانوادگی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مسئول</w:t>
            </w:r>
            <w:proofErr w:type="spellEnd"/>
          </w:p>
        </w:tc>
      </w:tr>
      <w:tr w:rsidR="008340DF" w:rsidRPr="008340DF" w14:paraId="1BBC5B45" w14:textId="40CAFE9B" w:rsidTr="008E3B43">
        <w:trPr>
          <w:jc w:val="center"/>
        </w:trPr>
        <w:tc>
          <w:tcPr>
            <w:tcW w:w="4320" w:type="dxa"/>
          </w:tcPr>
          <w:p w14:paraId="4EE0A8E6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4696580D" w14:textId="5FC74F70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سمت</w:t>
            </w:r>
            <w:proofErr w:type="spellEnd"/>
          </w:p>
        </w:tc>
      </w:tr>
      <w:tr w:rsidR="008340DF" w:rsidRPr="008340DF" w14:paraId="4364B7A4" w14:textId="10BCB91A" w:rsidTr="008E3B43">
        <w:trPr>
          <w:jc w:val="center"/>
        </w:trPr>
        <w:tc>
          <w:tcPr>
            <w:tcW w:w="4320" w:type="dxa"/>
          </w:tcPr>
          <w:p w14:paraId="1AF1A572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3315CDC6" w14:textId="7C3F6BB4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تاریخ</w:t>
            </w:r>
            <w:proofErr w:type="spellEnd"/>
          </w:p>
        </w:tc>
      </w:tr>
      <w:tr w:rsidR="008340DF" w:rsidRPr="008340DF" w14:paraId="16A14027" w14:textId="77777777" w:rsidTr="008E3B43">
        <w:trPr>
          <w:jc w:val="center"/>
        </w:trPr>
        <w:tc>
          <w:tcPr>
            <w:tcW w:w="4320" w:type="dxa"/>
          </w:tcPr>
          <w:p w14:paraId="51CB7822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05CCA34C" w14:textId="4EEEE12A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r>
              <w:rPr>
                <w:rFonts w:cs="B Nazanin" w:hint="cs"/>
                <w:color w:val="000000" w:themeColor="text1"/>
                <w:rtl/>
              </w:rPr>
              <w:t>شماره تماس:</w:t>
            </w:r>
          </w:p>
        </w:tc>
      </w:tr>
    </w:tbl>
    <w:p w14:paraId="5EA22CA2" w14:textId="77777777" w:rsidR="008340DF" w:rsidRDefault="008340DF" w:rsidP="008340DF">
      <w:pPr>
        <w:bidi/>
        <w:rPr>
          <w:rFonts w:cs="B Nazanin"/>
          <w:color w:val="000000" w:themeColor="text1"/>
          <w:rtl/>
        </w:rPr>
      </w:pPr>
    </w:p>
    <w:p w14:paraId="740190C4" w14:textId="2D56CE6B" w:rsidR="007803C8" w:rsidRPr="008340DF" w:rsidRDefault="008340DF" w:rsidP="008340DF">
      <w:pPr>
        <w:bidi/>
        <w:rPr>
          <w:rFonts w:cs="B Nazanin" w:hint="cs"/>
          <w:color w:val="000000" w:themeColor="text1"/>
        </w:rPr>
      </w:pPr>
      <w:r>
        <w:rPr>
          <w:rFonts w:cs="B Nazanin" w:hint="cs"/>
          <w:color w:val="000000" w:themeColor="text1"/>
          <w:rtl/>
        </w:rPr>
        <w:t xml:space="preserve">مهر </w:t>
      </w:r>
      <w:proofErr w:type="gramStart"/>
      <w:r>
        <w:rPr>
          <w:rFonts w:cs="B Nazanin" w:hint="cs"/>
          <w:color w:val="000000" w:themeColor="text1"/>
          <w:rtl/>
        </w:rPr>
        <w:t xml:space="preserve">و </w:t>
      </w:r>
      <w:proofErr w:type="spellStart"/>
      <w:r>
        <w:rPr>
          <w:rFonts w:cs="B Nazanin" w:hint="cs"/>
          <w:color w:val="000000" w:themeColor="text1"/>
          <w:rtl/>
        </w:rPr>
        <w:t>امضای</w:t>
      </w:r>
      <w:proofErr w:type="spellEnd"/>
      <w:proofErr w:type="gramEnd"/>
      <w:r>
        <w:rPr>
          <w:rFonts w:cs="B Nazanin" w:hint="cs"/>
          <w:color w:val="000000" w:themeColor="text1"/>
          <w:rtl/>
        </w:rPr>
        <w:t xml:space="preserve"> </w:t>
      </w:r>
      <w:proofErr w:type="spellStart"/>
      <w:r>
        <w:rPr>
          <w:rFonts w:cs="B Nazanin" w:hint="cs"/>
          <w:color w:val="000000" w:themeColor="text1"/>
          <w:rtl/>
        </w:rPr>
        <w:t>شرکت</w:t>
      </w:r>
      <w:proofErr w:type="spellEnd"/>
      <w:r>
        <w:rPr>
          <w:rFonts w:cs="B Nazanin" w:hint="cs"/>
          <w:color w:val="000000" w:themeColor="text1"/>
          <w:rtl/>
        </w:rPr>
        <w:t>:</w:t>
      </w:r>
      <w:r w:rsidR="00000000" w:rsidRPr="008340DF">
        <w:rPr>
          <w:rFonts w:cs="B Nazanin" w:hint="cs"/>
          <w:color w:val="000000" w:themeColor="text1"/>
        </w:rPr>
        <w:br/>
      </w:r>
      <w:r w:rsidR="00000000" w:rsidRPr="008340DF">
        <w:rPr>
          <w:rFonts w:cs="B Nazanin" w:hint="cs"/>
          <w:color w:val="000000" w:themeColor="text1"/>
        </w:rPr>
        <w:br/>
      </w:r>
      <w:r w:rsidR="00000000" w:rsidRPr="008340DF">
        <w:rPr>
          <w:rFonts w:cs="B Nazanin" w:hint="cs"/>
          <w:color w:val="000000" w:themeColor="text1"/>
        </w:rPr>
        <w:br/>
        <w:t>______________________________</w:t>
      </w:r>
    </w:p>
    <w:p w14:paraId="7B1BA5E3" w14:textId="77777777" w:rsidR="007803C8" w:rsidRPr="008340DF" w:rsidRDefault="00000000" w:rsidP="008340DF">
      <w:pPr>
        <w:pStyle w:val="Heading3"/>
        <w:bidi/>
        <w:rPr>
          <w:rFonts w:ascii="B Nazanin" w:hAnsi="B Nazanin" w:cs="B Nazanin" w:hint="cs"/>
          <w:color w:val="000000" w:themeColor="text1"/>
        </w:rPr>
      </w:pPr>
      <w:r w:rsidRPr="008340DF">
        <w:rPr>
          <w:rFonts w:ascii="B Nazanin" w:hAnsi="B Nazanin" w:cs="B Nazanin" w:hint="cs"/>
          <w:color w:val="000000" w:themeColor="text1"/>
        </w:rPr>
        <w:t>بخش مخصوص دانشکده</w:t>
      </w:r>
    </w:p>
    <w:p w14:paraId="6EB7EAE0" w14:textId="77777777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r w:rsidRPr="008340DF">
        <w:rPr>
          <w:rFonts w:ascii="Times New Roman" w:hAnsi="Times New Roman" w:cs="Times New Roman"/>
          <w:color w:val="000000" w:themeColor="text1"/>
        </w:rPr>
        <w:t>□</w:t>
      </w:r>
      <w:r w:rsidRPr="008340DF">
        <w:rPr>
          <w:rFonts w:cs="B Nazanin" w:hint="cs"/>
          <w:color w:val="000000" w:themeColor="text1"/>
        </w:rPr>
        <w:t xml:space="preserve"> مدارک و گزارش مورد تأیید است.</w:t>
      </w:r>
      <w:r w:rsidRPr="008340DF">
        <w:rPr>
          <w:rFonts w:cs="B Nazanin" w:hint="cs"/>
          <w:color w:val="000000" w:themeColor="text1"/>
        </w:rPr>
        <w:br/>
      </w:r>
      <w:r w:rsidRPr="008340DF">
        <w:rPr>
          <w:rFonts w:ascii="Times New Roman" w:hAnsi="Times New Roman" w:cs="Times New Roman"/>
          <w:color w:val="000000" w:themeColor="text1"/>
        </w:rPr>
        <w:t>□</w:t>
      </w:r>
      <w:r w:rsidRPr="008340DF">
        <w:rPr>
          <w:rFonts w:cs="B Nazanin" w:hint="cs"/>
          <w:color w:val="000000" w:themeColor="text1"/>
        </w:rPr>
        <w:t xml:space="preserve"> نیاز به اصلاح گزارش دارد.</w:t>
      </w:r>
      <w:r w:rsidRPr="008340DF">
        <w:rPr>
          <w:rFonts w:cs="B Nazanin" w:hint="cs"/>
          <w:color w:val="000000" w:themeColor="text1"/>
        </w:rPr>
        <w:br/>
      </w:r>
      <w:r w:rsidRPr="008340DF">
        <w:rPr>
          <w:rFonts w:ascii="Times New Roman" w:hAnsi="Times New Roman" w:cs="Times New Roman"/>
          <w:color w:val="000000" w:themeColor="text1"/>
        </w:rPr>
        <w:t>□</w:t>
      </w:r>
      <w:r w:rsidRPr="008340DF">
        <w:rPr>
          <w:rFonts w:cs="B Nazanin" w:hint="cs"/>
          <w:color w:val="000000" w:themeColor="text1"/>
        </w:rPr>
        <w:t xml:space="preserve"> نیاز به تکمیل مدارک دارد.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340DF" w:rsidRPr="008340DF" w14:paraId="4AFFCC81" w14:textId="78FC7FA5" w:rsidTr="003934CF">
        <w:trPr>
          <w:jc w:val="center"/>
        </w:trPr>
        <w:tc>
          <w:tcPr>
            <w:tcW w:w="4320" w:type="dxa"/>
          </w:tcPr>
          <w:p w14:paraId="2E9FFED4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09B9E251" w14:textId="5E8D1BEE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نام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استاد</w:t>
            </w:r>
            <w:proofErr w:type="spellEnd"/>
            <w:r w:rsidRPr="008340DF">
              <w:rPr>
                <w:rFonts w:cs="B Nazanin" w:hint="cs"/>
                <w:color w:val="000000" w:themeColor="text1"/>
              </w:rPr>
              <w:t xml:space="preserve"> </w:t>
            </w:r>
            <w:proofErr w:type="spellStart"/>
            <w:r w:rsidRPr="008340DF">
              <w:rPr>
                <w:rFonts w:cs="B Nazanin" w:hint="cs"/>
                <w:color w:val="000000" w:themeColor="text1"/>
              </w:rPr>
              <w:t>کارآموزی</w:t>
            </w:r>
            <w:proofErr w:type="spellEnd"/>
          </w:p>
        </w:tc>
      </w:tr>
      <w:tr w:rsidR="008340DF" w:rsidRPr="008340DF" w14:paraId="6C96F9FA" w14:textId="3B2BFD31" w:rsidTr="003934CF">
        <w:trPr>
          <w:jc w:val="center"/>
        </w:trPr>
        <w:tc>
          <w:tcPr>
            <w:tcW w:w="4320" w:type="dxa"/>
          </w:tcPr>
          <w:p w14:paraId="2BB57D5C" w14:textId="77777777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</w:p>
        </w:tc>
        <w:tc>
          <w:tcPr>
            <w:tcW w:w="4320" w:type="dxa"/>
          </w:tcPr>
          <w:p w14:paraId="219D0A62" w14:textId="1E4FE966" w:rsidR="008340DF" w:rsidRPr="008340DF" w:rsidRDefault="008340DF" w:rsidP="008340DF">
            <w:pPr>
              <w:bidi/>
              <w:rPr>
                <w:rFonts w:cs="B Nazanin" w:hint="cs"/>
                <w:color w:val="000000" w:themeColor="text1"/>
              </w:rPr>
            </w:pPr>
            <w:proofErr w:type="spellStart"/>
            <w:r w:rsidRPr="008340DF">
              <w:rPr>
                <w:rFonts w:cs="B Nazanin" w:hint="cs"/>
                <w:color w:val="000000" w:themeColor="text1"/>
              </w:rPr>
              <w:t>تاریخ</w:t>
            </w:r>
            <w:proofErr w:type="spellEnd"/>
          </w:p>
        </w:tc>
      </w:tr>
    </w:tbl>
    <w:p w14:paraId="1142CA84" w14:textId="77777777" w:rsidR="008340DF" w:rsidRDefault="008340DF" w:rsidP="008340DF">
      <w:pPr>
        <w:bidi/>
        <w:rPr>
          <w:rFonts w:cs="B Nazanin"/>
          <w:color w:val="000000" w:themeColor="text1"/>
          <w:rtl/>
        </w:rPr>
      </w:pPr>
    </w:p>
    <w:p w14:paraId="5C3CE56E" w14:textId="0581129A" w:rsidR="008340DF" w:rsidRDefault="008340DF" w:rsidP="008340DF">
      <w:pPr>
        <w:bidi/>
        <w:rPr>
          <w:rFonts w:cs="B Nazanin"/>
          <w:color w:val="000000" w:themeColor="text1"/>
          <w:rtl/>
        </w:rPr>
      </w:pPr>
      <w:r>
        <w:rPr>
          <w:rFonts w:cs="B Nazanin" w:hint="cs"/>
          <w:color w:val="000000" w:themeColor="text1"/>
          <w:rtl/>
        </w:rPr>
        <w:t xml:space="preserve">امضا استاد </w:t>
      </w:r>
      <w:proofErr w:type="spellStart"/>
      <w:r>
        <w:rPr>
          <w:rFonts w:cs="B Nazanin" w:hint="cs"/>
          <w:color w:val="000000" w:themeColor="text1"/>
          <w:rtl/>
        </w:rPr>
        <w:t>راهنما</w:t>
      </w:r>
      <w:proofErr w:type="spellEnd"/>
      <w:r>
        <w:rPr>
          <w:rFonts w:cs="B Nazanin" w:hint="cs"/>
          <w:color w:val="000000" w:themeColor="text1"/>
          <w:rtl/>
        </w:rPr>
        <w:t xml:space="preserve">: </w:t>
      </w:r>
    </w:p>
    <w:p w14:paraId="2E29E04F" w14:textId="3B359285" w:rsidR="007803C8" w:rsidRPr="008340DF" w:rsidRDefault="00000000" w:rsidP="008340DF">
      <w:pPr>
        <w:bidi/>
        <w:rPr>
          <w:rFonts w:cs="B Nazanin" w:hint="cs"/>
          <w:color w:val="000000" w:themeColor="text1"/>
        </w:rPr>
      </w:pPr>
      <w:proofErr w:type="spellStart"/>
      <w:r w:rsidRPr="008340DF">
        <w:rPr>
          <w:rFonts w:cs="B Nazanin" w:hint="cs"/>
          <w:color w:val="000000" w:themeColor="text1"/>
        </w:rPr>
        <w:t>توضیحا</w:t>
      </w:r>
      <w:proofErr w:type="spellEnd"/>
      <w:r w:rsidR="008340DF">
        <w:rPr>
          <w:rFonts w:cs="B Nazanin" w:hint="cs"/>
          <w:color w:val="000000" w:themeColor="text1"/>
          <w:rtl/>
        </w:rPr>
        <w:t>ت</w:t>
      </w:r>
      <w:r w:rsidRPr="008340DF">
        <w:rPr>
          <w:rFonts w:cs="B Nazanin" w:hint="cs"/>
          <w:color w:val="000000" w:themeColor="text1"/>
        </w:rPr>
        <w:t>:</w:t>
      </w:r>
      <w:r w:rsidRPr="008340DF">
        <w:rPr>
          <w:rFonts w:cs="B Nazanin" w:hint="cs"/>
          <w:color w:val="000000" w:themeColor="text1"/>
        </w:rPr>
        <w:br/>
        <w:t>........................................................................................................</w:t>
      </w:r>
    </w:p>
    <w:sectPr w:rsidR="007803C8" w:rsidRPr="008340D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20B0604020202020204"/>
    <w:charset w:val="B2"/>
    <w:family w:val="auto"/>
    <w:pitch w:val="variable"/>
    <w:sig w:usb0="00002001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8665138">
    <w:abstractNumId w:val="8"/>
  </w:num>
  <w:num w:numId="2" w16cid:durableId="1575890109">
    <w:abstractNumId w:val="6"/>
  </w:num>
  <w:num w:numId="3" w16cid:durableId="1682584439">
    <w:abstractNumId w:val="5"/>
  </w:num>
  <w:num w:numId="4" w16cid:durableId="1171602205">
    <w:abstractNumId w:val="4"/>
  </w:num>
  <w:num w:numId="5" w16cid:durableId="1320309590">
    <w:abstractNumId w:val="7"/>
  </w:num>
  <w:num w:numId="6" w16cid:durableId="1100102540">
    <w:abstractNumId w:val="3"/>
  </w:num>
  <w:num w:numId="7" w16cid:durableId="271792783">
    <w:abstractNumId w:val="2"/>
  </w:num>
  <w:num w:numId="8" w16cid:durableId="900099497">
    <w:abstractNumId w:val="1"/>
  </w:num>
  <w:num w:numId="9" w16cid:durableId="20131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F31"/>
    <w:rsid w:val="0015074B"/>
    <w:rsid w:val="0029639D"/>
    <w:rsid w:val="00326F90"/>
    <w:rsid w:val="006535A6"/>
    <w:rsid w:val="007803C8"/>
    <w:rsid w:val="008340D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29162B"/>
  <w14:defaultImageDpi w14:val="300"/>
  <w15:docId w15:val="{524A7EC2-C5CE-2B43-9935-B3F74811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B Nazanin" w:hAnsi="B Nazani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Saeedmonir, Saeed</cp:lastModifiedBy>
  <cp:revision>4</cp:revision>
  <dcterms:created xsi:type="dcterms:W3CDTF">2013-12-23T23:15:00Z</dcterms:created>
  <dcterms:modified xsi:type="dcterms:W3CDTF">2026-07-24T19:24:00Z</dcterms:modified>
  <cp:category/>
</cp:coreProperties>
</file>